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93CF69" w14:textId="77777777" w:rsidR="00473D2E" w:rsidRPr="00D31ADC" w:rsidRDefault="00000000" w:rsidP="001E5310">
      <w:pPr>
        <w:pStyle w:val="Titre1"/>
        <w:jc w:val="center"/>
        <w:rPr>
          <w:color w:val="auto"/>
          <w:lang w:val="fr-FR"/>
        </w:rPr>
      </w:pPr>
      <w:r w:rsidRPr="00D31ADC">
        <w:rPr>
          <w:color w:val="auto"/>
          <w:lang w:val="fr-FR"/>
        </w:rPr>
        <w:t>CHARTE DU RÉSEAU COMMUNAUTAIRE DE VEILLE ENVIRONNEMENTALE ET SOCIALE</w:t>
      </w:r>
    </w:p>
    <w:p w14:paraId="5A88F112" w14:textId="77777777" w:rsidR="00473D2E" w:rsidRPr="00D31ADC" w:rsidRDefault="00473D2E">
      <w:pPr>
        <w:rPr>
          <w:lang w:val="fr-FR"/>
        </w:rPr>
      </w:pPr>
    </w:p>
    <w:p w14:paraId="5295182E" w14:textId="77777777" w:rsidR="00473D2E" w:rsidRPr="00D31ADC" w:rsidRDefault="00000000" w:rsidP="001E5310">
      <w:pPr>
        <w:jc w:val="both"/>
        <w:rPr>
          <w:lang w:val="fr-FR"/>
        </w:rPr>
      </w:pPr>
      <w:r w:rsidRPr="003839F7">
        <w:rPr>
          <w:b/>
          <w:bCs/>
          <w:lang w:val="fr-FR"/>
        </w:rPr>
        <w:t>Projet</w:t>
      </w:r>
      <w:r w:rsidRPr="00D31ADC">
        <w:rPr>
          <w:lang w:val="fr-FR"/>
        </w:rPr>
        <w:t xml:space="preserve"> : SOS ENVIRONNEMENT MALI – Commune Rurale de </w:t>
      </w:r>
      <w:proofErr w:type="spellStart"/>
      <w:r w:rsidRPr="00D31ADC">
        <w:rPr>
          <w:lang w:val="fr-FR"/>
        </w:rPr>
        <w:t>Naréna</w:t>
      </w:r>
      <w:proofErr w:type="spellEnd"/>
    </w:p>
    <w:p w14:paraId="3CCD71FB" w14:textId="02E05DE6" w:rsidR="00473D2E" w:rsidRPr="00D31ADC" w:rsidRDefault="00D31ADC" w:rsidP="001E5310">
      <w:pPr>
        <w:jc w:val="both"/>
        <w:rPr>
          <w:lang w:val="fr-FR"/>
        </w:rPr>
      </w:pPr>
      <w:r w:rsidRPr="003839F7">
        <w:rPr>
          <w:b/>
          <w:bCs/>
          <w:lang w:val="fr-FR"/>
        </w:rPr>
        <w:t xml:space="preserve">Coordonnateur </w:t>
      </w:r>
      <w:r w:rsidRPr="00D31ADC">
        <w:rPr>
          <w:lang w:val="fr-FR"/>
        </w:rPr>
        <w:t xml:space="preserve">: </w:t>
      </w:r>
      <w:proofErr w:type="spellStart"/>
      <w:r w:rsidRPr="00D31ADC">
        <w:rPr>
          <w:lang w:val="fr-FR"/>
        </w:rPr>
        <w:t>Béguelé</w:t>
      </w:r>
      <w:proofErr w:type="spellEnd"/>
      <w:r w:rsidRPr="00D31ADC">
        <w:rPr>
          <w:lang w:val="fr-FR"/>
        </w:rPr>
        <w:t xml:space="preserve"> </w:t>
      </w:r>
      <w:proofErr w:type="spellStart"/>
      <w:r w:rsidRPr="00D31ADC">
        <w:rPr>
          <w:lang w:val="fr-FR"/>
        </w:rPr>
        <w:t>Cissouma</w:t>
      </w:r>
      <w:proofErr w:type="spellEnd"/>
    </w:p>
    <w:p w14:paraId="309A78C9" w14:textId="77777777" w:rsidR="00473D2E" w:rsidRPr="00D31ADC" w:rsidRDefault="00473D2E" w:rsidP="001E5310">
      <w:pPr>
        <w:jc w:val="both"/>
        <w:rPr>
          <w:lang w:val="fr-FR"/>
        </w:rPr>
      </w:pPr>
    </w:p>
    <w:p w14:paraId="31187F40" w14:textId="77777777" w:rsidR="00473D2E" w:rsidRPr="003839F7" w:rsidRDefault="00000000" w:rsidP="001E5310">
      <w:pPr>
        <w:jc w:val="both"/>
        <w:rPr>
          <w:b/>
          <w:bCs/>
          <w:lang w:val="fr-FR"/>
        </w:rPr>
      </w:pPr>
      <w:r w:rsidRPr="003839F7">
        <w:rPr>
          <w:b/>
          <w:bCs/>
          <w:lang w:val="fr-FR"/>
        </w:rPr>
        <w:t>PRÉAMBULE</w:t>
      </w:r>
    </w:p>
    <w:p w14:paraId="13D697FD" w14:textId="77777777" w:rsidR="00473D2E" w:rsidRPr="00D31ADC" w:rsidRDefault="00000000" w:rsidP="001E5310">
      <w:pPr>
        <w:jc w:val="both"/>
        <w:rPr>
          <w:lang w:val="fr-FR"/>
        </w:rPr>
      </w:pPr>
      <w:r w:rsidRPr="00D31ADC">
        <w:rPr>
          <w:lang w:val="fr-FR"/>
        </w:rPr>
        <w:t>Dans le cadre du projet SOS ENVIRONNEMENT MALI, un Réseau Communautaire de Veille est créé afin de renforcer la protection de l’environnement physique, social et la participation citoyenne dans la gouvernance minière.</w:t>
      </w:r>
    </w:p>
    <w:p w14:paraId="2A91814E" w14:textId="77777777" w:rsidR="00473D2E" w:rsidRPr="00D31ADC" w:rsidRDefault="00000000" w:rsidP="001E5310">
      <w:pPr>
        <w:jc w:val="both"/>
        <w:rPr>
          <w:lang w:val="fr-FR"/>
        </w:rPr>
      </w:pPr>
      <w:r w:rsidRPr="00D31ADC">
        <w:rPr>
          <w:lang w:val="fr-FR"/>
        </w:rPr>
        <w:t>Les relais communautaires jouent un rôle essentiel dans la collecte d’informations, la sensibilisation, l’alerte et le plaidoyer.</w:t>
      </w:r>
    </w:p>
    <w:p w14:paraId="2B1A5040" w14:textId="77777777" w:rsidR="00473D2E" w:rsidRPr="00D31ADC" w:rsidRDefault="00000000" w:rsidP="001E5310">
      <w:pPr>
        <w:jc w:val="both"/>
        <w:rPr>
          <w:lang w:val="fr-FR"/>
        </w:rPr>
      </w:pPr>
      <w:r w:rsidRPr="00D31ADC">
        <w:rPr>
          <w:lang w:val="fr-FR"/>
        </w:rPr>
        <w:t>La présente charte définit les valeurs, engagements, droits et responsabilités des membres du réseau.</w:t>
      </w:r>
    </w:p>
    <w:p w14:paraId="2B856298" w14:textId="77777777" w:rsidR="00473D2E" w:rsidRPr="00D31ADC" w:rsidRDefault="00473D2E" w:rsidP="001E5310">
      <w:pPr>
        <w:jc w:val="both"/>
        <w:rPr>
          <w:lang w:val="fr-FR"/>
        </w:rPr>
      </w:pPr>
    </w:p>
    <w:p w14:paraId="372435AA" w14:textId="77777777" w:rsidR="00473D2E" w:rsidRPr="003839F7" w:rsidRDefault="00000000" w:rsidP="001E5310">
      <w:pPr>
        <w:jc w:val="both"/>
        <w:rPr>
          <w:b/>
          <w:bCs/>
          <w:lang w:val="fr-FR"/>
        </w:rPr>
      </w:pPr>
      <w:r w:rsidRPr="003839F7">
        <w:rPr>
          <w:b/>
          <w:bCs/>
          <w:lang w:val="fr-FR"/>
        </w:rPr>
        <w:t>1. VALEURS FONDAMENTALES DU RÉSEAU</w:t>
      </w:r>
    </w:p>
    <w:p w14:paraId="032B8970" w14:textId="77777777" w:rsidR="00473D2E" w:rsidRPr="00D31ADC" w:rsidRDefault="00000000" w:rsidP="001E5310">
      <w:pPr>
        <w:jc w:val="both"/>
        <w:rPr>
          <w:lang w:val="fr-FR"/>
        </w:rPr>
      </w:pPr>
      <w:r w:rsidRPr="00D31ADC">
        <w:rPr>
          <w:lang w:val="fr-FR"/>
        </w:rPr>
        <w:t>- Transparence : agir honnêtement et partager des informations vérifiées.</w:t>
      </w:r>
    </w:p>
    <w:p w14:paraId="38443686" w14:textId="77777777" w:rsidR="00473D2E" w:rsidRPr="00D31ADC" w:rsidRDefault="00000000" w:rsidP="001E5310">
      <w:pPr>
        <w:jc w:val="both"/>
        <w:rPr>
          <w:lang w:val="fr-FR"/>
        </w:rPr>
      </w:pPr>
      <w:r w:rsidRPr="00D31ADC">
        <w:rPr>
          <w:lang w:val="fr-FR"/>
        </w:rPr>
        <w:t>- Neutralité et impartialité : documenter les faits sans favoriser un acteur particulier.</w:t>
      </w:r>
    </w:p>
    <w:p w14:paraId="2BEC8C4C" w14:textId="77777777" w:rsidR="00473D2E" w:rsidRPr="00D31ADC" w:rsidRDefault="00000000" w:rsidP="001E5310">
      <w:pPr>
        <w:jc w:val="both"/>
        <w:rPr>
          <w:lang w:val="fr-FR"/>
        </w:rPr>
      </w:pPr>
      <w:r w:rsidRPr="00D31ADC">
        <w:rPr>
          <w:lang w:val="fr-FR"/>
        </w:rPr>
        <w:t>- Participation citoyenne : impliquer toutes les couches sociales.</w:t>
      </w:r>
    </w:p>
    <w:p w14:paraId="2CCF1361" w14:textId="77777777" w:rsidR="00473D2E" w:rsidRPr="00D31ADC" w:rsidRDefault="00000000" w:rsidP="001E5310">
      <w:pPr>
        <w:jc w:val="both"/>
        <w:rPr>
          <w:lang w:val="fr-FR"/>
        </w:rPr>
      </w:pPr>
      <w:r w:rsidRPr="00D31ADC">
        <w:rPr>
          <w:lang w:val="fr-FR"/>
        </w:rPr>
        <w:t>- Protection de l’environnement : contribuer à la surveillance et à la prévention des impacts.</w:t>
      </w:r>
    </w:p>
    <w:p w14:paraId="1F274CED" w14:textId="77777777" w:rsidR="00473D2E" w:rsidRPr="00D31ADC" w:rsidRDefault="00000000" w:rsidP="001E5310">
      <w:pPr>
        <w:jc w:val="both"/>
        <w:rPr>
          <w:lang w:val="fr-FR"/>
        </w:rPr>
      </w:pPr>
      <w:r w:rsidRPr="00D31ADC">
        <w:rPr>
          <w:lang w:val="fr-FR"/>
        </w:rPr>
        <w:t>- Respect et éthique : protéger la dignité humaine et éviter les conflits d’intérêts.</w:t>
      </w:r>
    </w:p>
    <w:p w14:paraId="41BEEE06" w14:textId="77777777" w:rsidR="00473D2E" w:rsidRPr="00D31ADC" w:rsidRDefault="00473D2E" w:rsidP="001E5310">
      <w:pPr>
        <w:jc w:val="both"/>
        <w:rPr>
          <w:lang w:val="fr-FR"/>
        </w:rPr>
      </w:pPr>
    </w:p>
    <w:p w14:paraId="54BE326C" w14:textId="77777777" w:rsidR="00473D2E" w:rsidRPr="003839F7" w:rsidRDefault="00000000" w:rsidP="001E5310">
      <w:pPr>
        <w:jc w:val="both"/>
        <w:rPr>
          <w:b/>
          <w:bCs/>
          <w:lang w:val="fr-FR"/>
        </w:rPr>
      </w:pPr>
      <w:r w:rsidRPr="003839F7">
        <w:rPr>
          <w:b/>
          <w:bCs/>
          <w:lang w:val="fr-FR"/>
        </w:rPr>
        <w:t>2. RÔLES ET RESPONSABILITÉS DES RELAIS COMMUNAUTAIRES</w:t>
      </w:r>
    </w:p>
    <w:p w14:paraId="1FA135B3" w14:textId="77777777" w:rsidR="00473D2E" w:rsidRPr="00D31ADC" w:rsidRDefault="00000000" w:rsidP="001E5310">
      <w:pPr>
        <w:jc w:val="both"/>
        <w:rPr>
          <w:lang w:val="fr-FR"/>
        </w:rPr>
      </w:pPr>
      <w:r w:rsidRPr="00D31ADC">
        <w:rPr>
          <w:lang w:val="fr-FR"/>
        </w:rPr>
        <w:t>- Collecter des informations sur les impacts environnementaux et sociaux.</w:t>
      </w:r>
    </w:p>
    <w:p w14:paraId="0695CD0D" w14:textId="77777777" w:rsidR="00473D2E" w:rsidRPr="00D31ADC" w:rsidRDefault="00000000" w:rsidP="001E5310">
      <w:pPr>
        <w:jc w:val="both"/>
        <w:rPr>
          <w:lang w:val="fr-FR"/>
        </w:rPr>
      </w:pPr>
      <w:r w:rsidRPr="00D31ADC">
        <w:rPr>
          <w:lang w:val="fr-FR"/>
        </w:rPr>
        <w:t>- Documenter les faits (photos, vidéos, témoignages).</w:t>
      </w:r>
    </w:p>
    <w:p w14:paraId="3BE827F7" w14:textId="77777777" w:rsidR="00473D2E" w:rsidRPr="00D31ADC" w:rsidRDefault="00000000" w:rsidP="001E5310">
      <w:pPr>
        <w:jc w:val="both"/>
        <w:rPr>
          <w:lang w:val="fr-FR"/>
        </w:rPr>
      </w:pPr>
      <w:r w:rsidRPr="00D31ADC">
        <w:rPr>
          <w:lang w:val="fr-FR"/>
        </w:rPr>
        <w:t>- Transmettre les alertes urgentes via le système mis en place.</w:t>
      </w:r>
    </w:p>
    <w:p w14:paraId="54520A11" w14:textId="77777777" w:rsidR="00473D2E" w:rsidRPr="00D31ADC" w:rsidRDefault="00000000" w:rsidP="001E5310">
      <w:pPr>
        <w:jc w:val="both"/>
        <w:rPr>
          <w:lang w:val="fr-FR"/>
        </w:rPr>
      </w:pPr>
      <w:r w:rsidRPr="00D31ADC">
        <w:rPr>
          <w:lang w:val="fr-FR"/>
        </w:rPr>
        <w:t>- Sensibiliser les communautés sur leurs droits et les bonnes pratiques.</w:t>
      </w:r>
    </w:p>
    <w:p w14:paraId="6A59181F" w14:textId="77777777" w:rsidR="00473D2E" w:rsidRPr="00D31ADC" w:rsidRDefault="00000000" w:rsidP="001E5310">
      <w:pPr>
        <w:jc w:val="both"/>
        <w:rPr>
          <w:lang w:val="fr-FR"/>
        </w:rPr>
      </w:pPr>
      <w:r w:rsidRPr="00D31ADC">
        <w:rPr>
          <w:lang w:val="fr-FR"/>
        </w:rPr>
        <w:lastRenderedPageBreak/>
        <w:t>- Vérifier toute information avant transmission.</w:t>
      </w:r>
    </w:p>
    <w:p w14:paraId="76FF5751" w14:textId="77777777" w:rsidR="00473D2E" w:rsidRPr="00D31ADC" w:rsidRDefault="00000000" w:rsidP="001E5310">
      <w:pPr>
        <w:jc w:val="both"/>
        <w:rPr>
          <w:lang w:val="fr-FR"/>
        </w:rPr>
      </w:pPr>
      <w:r w:rsidRPr="00D31ADC">
        <w:rPr>
          <w:lang w:val="fr-FR"/>
        </w:rPr>
        <w:t>- Collaborer avec le comité de pilotage et les autorités locales.</w:t>
      </w:r>
    </w:p>
    <w:p w14:paraId="3CC5BA82" w14:textId="77777777" w:rsidR="00473D2E" w:rsidRPr="00D31ADC" w:rsidRDefault="00473D2E" w:rsidP="001E5310">
      <w:pPr>
        <w:jc w:val="both"/>
        <w:rPr>
          <w:lang w:val="fr-FR"/>
        </w:rPr>
      </w:pPr>
    </w:p>
    <w:p w14:paraId="0890DF47" w14:textId="77777777" w:rsidR="00473D2E" w:rsidRPr="003839F7" w:rsidRDefault="00000000" w:rsidP="001E5310">
      <w:pPr>
        <w:jc w:val="both"/>
        <w:rPr>
          <w:b/>
          <w:bCs/>
          <w:lang w:val="fr-FR"/>
        </w:rPr>
      </w:pPr>
      <w:r w:rsidRPr="003839F7">
        <w:rPr>
          <w:b/>
          <w:bCs/>
          <w:lang w:val="fr-FR"/>
        </w:rPr>
        <w:t>3. ENGAGEMENTS DES MEMBRES</w:t>
      </w:r>
    </w:p>
    <w:p w14:paraId="38D2564C" w14:textId="77777777" w:rsidR="00473D2E" w:rsidRPr="00D31ADC" w:rsidRDefault="00000000" w:rsidP="001E5310">
      <w:pPr>
        <w:jc w:val="both"/>
        <w:rPr>
          <w:lang w:val="fr-FR"/>
        </w:rPr>
      </w:pPr>
      <w:r w:rsidRPr="00D31ADC">
        <w:rPr>
          <w:lang w:val="fr-FR"/>
        </w:rPr>
        <w:t>- Respecter la confidentialité des informations.</w:t>
      </w:r>
    </w:p>
    <w:p w14:paraId="78458197" w14:textId="77777777" w:rsidR="00473D2E" w:rsidRPr="00D31ADC" w:rsidRDefault="00000000" w:rsidP="001E5310">
      <w:pPr>
        <w:jc w:val="both"/>
        <w:rPr>
          <w:lang w:val="fr-FR"/>
        </w:rPr>
      </w:pPr>
      <w:r w:rsidRPr="00D31ADC">
        <w:rPr>
          <w:lang w:val="fr-FR"/>
        </w:rPr>
        <w:t>- Refuser toute forme de corruption.</w:t>
      </w:r>
    </w:p>
    <w:p w14:paraId="1D8971D9" w14:textId="77777777" w:rsidR="00473D2E" w:rsidRPr="00D31ADC" w:rsidRDefault="00000000" w:rsidP="001E5310">
      <w:pPr>
        <w:jc w:val="both"/>
        <w:rPr>
          <w:lang w:val="fr-FR"/>
        </w:rPr>
      </w:pPr>
      <w:r w:rsidRPr="00D31ADC">
        <w:rPr>
          <w:lang w:val="fr-FR"/>
        </w:rPr>
        <w:t>- Respecter les lois maliennes, incluant le Code minier et le Code de l’environnement.</w:t>
      </w:r>
    </w:p>
    <w:p w14:paraId="3CE14C34" w14:textId="77777777" w:rsidR="00473D2E" w:rsidRPr="00D31ADC" w:rsidRDefault="00000000" w:rsidP="001E5310">
      <w:pPr>
        <w:jc w:val="both"/>
        <w:rPr>
          <w:lang w:val="fr-FR"/>
        </w:rPr>
      </w:pPr>
      <w:r w:rsidRPr="00D31ADC">
        <w:rPr>
          <w:lang w:val="fr-FR"/>
        </w:rPr>
        <w:t>- Agir dans l’intérêt général et non personnel.</w:t>
      </w:r>
    </w:p>
    <w:p w14:paraId="2A352D7A" w14:textId="77777777" w:rsidR="00473D2E" w:rsidRPr="00D31ADC" w:rsidRDefault="00473D2E" w:rsidP="001E5310">
      <w:pPr>
        <w:jc w:val="both"/>
        <w:rPr>
          <w:lang w:val="fr-FR"/>
        </w:rPr>
      </w:pPr>
    </w:p>
    <w:p w14:paraId="551E58D7" w14:textId="77777777" w:rsidR="00473D2E" w:rsidRPr="003839F7" w:rsidRDefault="00000000" w:rsidP="001E5310">
      <w:pPr>
        <w:jc w:val="both"/>
        <w:rPr>
          <w:b/>
          <w:bCs/>
          <w:lang w:val="fr-FR"/>
        </w:rPr>
      </w:pPr>
      <w:r w:rsidRPr="003839F7">
        <w:rPr>
          <w:b/>
          <w:bCs/>
          <w:lang w:val="fr-FR"/>
        </w:rPr>
        <w:t>4. DROITS DES RELAIS COMMUNAUTAIRES</w:t>
      </w:r>
    </w:p>
    <w:p w14:paraId="084320CD" w14:textId="77777777" w:rsidR="00473D2E" w:rsidRPr="00D31ADC" w:rsidRDefault="00000000" w:rsidP="001E5310">
      <w:pPr>
        <w:jc w:val="both"/>
        <w:rPr>
          <w:lang w:val="fr-FR"/>
        </w:rPr>
      </w:pPr>
      <w:r w:rsidRPr="00D31ADC">
        <w:rPr>
          <w:lang w:val="fr-FR"/>
        </w:rPr>
        <w:t>- Bénéficier de formations et d’outils de travail.</w:t>
      </w:r>
    </w:p>
    <w:p w14:paraId="124E1325" w14:textId="77777777" w:rsidR="00473D2E" w:rsidRPr="00D31ADC" w:rsidRDefault="00000000" w:rsidP="001E5310">
      <w:pPr>
        <w:jc w:val="both"/>
        <w:rPr>
          <w:lang w:val="fr-FR"/>
        </w:rPr>
      </w:pPr>
      <w:r w:rsidRPr="00D31ADC">
        <w:rPr>
          <w:lang w:val="fr-FR"/>
        </w:rPr>
        <w:t>- Recevoir assistance en cas de menace ou intimidation.</w:t>
      </w:r>
    </w:p>
    <w:p w14:paraId="58412E88" w14:textId="77777777" w:rsidR="00473D2E" w:rsidRPr="00D31ADC" w:rsidRDefault="00000000" w:rsidP="001E5310">
      <w:pPr>
        <w:jc w:val="both"/>
        <w:rPr>
          <w:lang w:val="fr-FR"/>
        </w:rPr>
      </w:pPr>
      <w:r w:rsidRPr="00D31ADC">
        <w:rPr>
          <w:lang w:val="fr-FR"/>
        </w:rPr>
        <w:t>- Participer aux prises de décision du réseau.</w:t>
      </w:r>
    </w:p>
    <w:p w14:paraId="57A30B2B" w14:textId="77777777" w:rsidR="00473D2E" w:rsidRPr="00D31ADC" w:rsidRDefault="00000000" w:rsidP="001E5310">
      <w:pPr>
        <w:jc w:val="both"/>
        <w:rPr>
          <w:lang w:val="fr-FR"/>
        </w:rPr>
      </w:pPr>
      <w:r w:rsidRPr="00D31ADC">
        <w:rPr>
          <w:lang w:val="fr-FR"/>
        </w:rPr>
        <w:t>- Être reconnu pour leur engagement.</w:t>
      </w:r>
    </w:p>
    <w:p w14:paraId="24F062D0" w14:textId="77777777" w:rsidR="00473D2E" w:rsidRPr="00D31ADC" w:rsidRDefault="00473D2E" w:rsidP="001E5310">
      <w:pPr>
        <w:jc w:val="both"/>
        <w:rPr>
          <w:lang w:val="fr-FR"/>
        </w:rPr>
      </w:pPr>
    </w:p>
    <w:p w14:paraId="350B9882" w14:textId="77777777" w:rsidR="00473D2E" w:rsidRPr="003839F7" w:rsidRDefault="00000000" w:rsidP="001E5310">
      <w:pPr>
        <w:jc w:val="both"/>
        <w:rPr>
          <w:b/>
          <w:bCs/>
          <w:lang w:val="fr-FR"/>
        </w:rPr>
      </w:pPr>
      <w:r w:rsidRPr="003839F7">
        <w:rPr>
          <w:b/>
          <w:bCs/>
          <w:lang w:val="fr-FR"/>
        </w:rPr>
        <w:t>5. FONCTIONNEMENT DU RÉSEAU</w:t>
      </w:r>
    </w:p>
    <w:p w14:paraId="18E68FFE" w14:textId="379BEA51" w:rsidR="00473D2E" w:rsidRPr="00D31ADC" w:rsidRDefault="00000000" w:rsidP="001E5310">
      <w:pPr>
        <w:jc w:val="both"/>
        <w:rPr>
          <w:lang w:val="fr-FR"/>
        </w:rPr>
      </w:pPr>
      <w:r w:rsidRPr="00D31ADC">
        <w:rPr>
          <w:lang w:val="fr-FR"/>
        </w:rPr>
        <w:t>- Réunions régulières (mensuelles).</w:t>
      </w:r>
    </w:p>
    <w:p w14:paraId="602EB1CD" w14:textId="77777777" w:rsidR="00473D2E" w:rsidRPr="00D31ADC" w:rsidRDefault="00000000" w:rsidP="001E5310">
      <w:pPr>
        <w:jc w:val="both"/>
        <w:rPr>
          <w:lang w:val="fr-FR"/>
        </w:rPr>
      </w:pPr>
      <w:r w:rsidRPr="00D31ADC">
        <w:rPr>
          <w:lang w:val="fr-FR"/>
        </w:rPr>
        <w:t>- Validation systématique des informations avant diffusion.</w:t>
      </w:r>
    </w:p>
    <w:p w14:paraId="7A67FDF4" w14:textId="7EF653CF" w:rsidR="00473D2E" w:rsidRPr="00D31ADC" w:rsidRDefault="00000000" w:rsidP="001E5310">
      <w:pPr>
        <w:jc w:val="both"/>
        <w:rPr>
          <w:lang w:val="fr-FR"/>
        </w:rPr>
      </w:pPr>
      <w:r w:rsidRPr="00D31ADC">
        <w:rPr>
          <w:lang w:val="fr-FR"/>
        </w:rPr>
        <w:t xml:space="preserve">- </w:t>
      </w:r>
      <w:r w:rsidR="009A44B4" w:rsidRPr="00D31ADC">
        <w:rPr>
          <w:lang w:val="fr-FR"/>
        </w:rPr>
        <w:t>Coord</w:t>
      </w:r>
      <w:r w:rsidR="009A44B4">
        <w:rPr>
          <w:lang w:val="fr-FR"/>
        </w:rPr>
        <w:t>in</w:t>
      </w:r>
      <w:r w:rsidR="009A44B4" w:rsidRPr="00D31ADC">
        <w:rPr>
          <w:lang w:val="fr-FR"/>
        </w:rPr>
        <w:t>ation</w:t>
      </w:r>
      <w:r w:rsidRPr="00D31ADC">
        <w:rPr>
          <w:lang w:val="fr-FR"/>
        </w:rPr>
        <w:t xml:space="preserve"> assurée par le responsable du projet.</w:t>
      </w:r>
    </w:p>
    <w:p w14:paraId="02867CD8" w14:textId="77777777" w:rsidR="00473D2E" w:rsidRPr="00D31ADC" w:rsidRDefault="00473D2E" w:rsidP="001E5310">
      <w:pPr>
        <w:jc w:val="both"/>
        <w:rPr>
          <w:lang w:val="fr-FR"/>
        </w:rPr>
      </w:pPr>
    </w:p>
    <w:p w14:paraId="7C70200A" w14:textId="77777777" w:rsidR="00473D2E" w:rsidRPr="00D31ADC" w:rsidRDefault="00000000" w:rsidP="001E5310">
      <w:pPr>
        <w:jc w:val="both"/>
        <w:rPr>
          <w:lang w:val="fr-FR"/>
        </w:rPr>
      </w:pPr>
      <w:r w:rsidRPr="00D31ADC">
        <w:rPr>
          <w:lang w:val="fr-FR"/>
        </w:rPr>
        <w:t>6. DISPOSITIONS DISCIPLINAIRES</w:t>
      </w:r>
    </w:p>
    <w:p w14:paraId="748A1AF7" w14:textId="77777777" w:rsidR="00473D2E" w:rsidRPr="00D31ADC" w:rsidRDefault="00000000" w:rsidP="001E5310">
      <w:pPr>
        <w:jc w:val="both"/>
        <w:rPr>
          <w:lang w:val="fr-FR"/>
        </w:rPr>
      </w:pPr>
      <w:r w:rsidRPr="00D31ADC">
        <w:rPr>
          <w:lang w:val="fr-FR"/>
        </w:rPr>
        <w:t>Un membre peut être suspendu en cas de :</w:t>
      </w:r>
    </w:p>
    <w:p w14:paraId="713965E5" w14:textId="77777777" w:rsidR="00473D2E" w:rsidRPr="00D31ADC" w:rsidRDefault="00000000" w:rsidP="001E5310">
      <w:pPr>
        <w:jc w:val="both"/>
        <w:rPr>
          <w:lang w:val="fr-FR"/>
        </w:rPr>
      </w:pPr>
      <w:r w:rsidRPr="00D31ADC">
        <w:rPr>
          <w:lang w:val="fr-FR"/>
        </w:rPr>
        <w:t>- Non-respect de la charte</w:t>
      </w:r>
    </w:p>
    <w:p w14:paraId="4206FF3F" w14:textId="77777777" w:rsidR="00473D2E" w:rsidRPr="00D31ADC" w:rsidRDefault="00000000" w:rsidP="001E5310">
      <w:pPr>
        <w:jc w:val="both"/>
        <w:rPr>
          <w:lang w:val="fr-FR"/>
        </w:rPr>
      </w:pPr>
      <w:r w:rsidRPr="00D31ADC">
        <w:rPr>
          <w:lang w:val="fr-FR"/>
        </w:rPr>
        <w:t>- Diffusion d’informations fausses</w:t>
      </w:r>
    </w:p>
    <w:p w14:paraId="217AF3DF" w14:textId="77777777" w:rsidR="00473D2E" w:rsidRPr="00D31ADC" w:rsidRDefault="00000000" w:rsidP="001E5310">
      <w:pPr>
        <w:jc w:val="both"/>
        <w:rPr>
          <w:lang w:val="fr-FR"/>
        </w:rPr>
      </w:pPr>
      <w:r w:rsidRPr="00D31ADC">
        <w:rPr>
          <w:lang w:val="fr-FR"/>
        </w:rPr>
        <w:t>- Absence répétée</w:t>
      </w:r>
    </w:p>
    <w:p w14:paraId="04EA7FA4" w14:textId="77777777" w:rsidR="00473D2E" w:rsidRPr="00D31ADC" w:rsidRDefault="00000000" w:rsidP="001E5310">
      <w:pPr>
        <w:jc w:val="both"/>
        <w:rPr>
          <w:lang w:val="fr-FR"/>
        </w:rPr>
      </w:pPr>
      <w:r w:rsidRPr="00D31ADC">
        <w:rPr>
          <w:lang w:val="fr-FR"/>
        </w:rPr>
        <w:t>- Corruption ou faute grave</w:t>
      </w:r>
    </w:p>
    <w:p w14:paraId="332F70F3" w14:textId="77777777" w:rsidR="00473D2E" w:rsidRPr="00D31ADC" w:rsidRDefault="00473D2E" w:rsidP="001E5310">
      <w:pPr>
        <w:jc w:val="both"/>
        <w:rPr>
          <w:lang w:val="fr-FR"/>
        </w:rPr>
      </w:pPr>
    </w:p>
    <w:p w14:paraId="3E0CE0DC" w14:textId="77777777" w:rsidR="00473D2E" w:rsidRPr="007B0E4A" w:rsidRDefault="00000000" w:rsidP="001E5310">
      <w:pPr>
        <w:jc w:val="both"/>
        <w:rPr>
          <w:b/>
          <w:bCs/>
          <w:lang w:val="fr-FR"/>
        </w:rPr>
      </w:pPr>
      <w:r w:rsidRPr="007B0E4A">
        <w:rPr>
          <w:b/>
          <w:bCs/>
          <w:lang w:val="fr-FR"/>
        </w:rPr>
        <w:t>7. SIGNATURES</w:t>
      </w:r>
    </w:p>
    <w:p w14:paraId="0F1B35CF" w14:textId="77777777" w:rsidR="00473D2E" w:rsidRPr="00D31ADC" w:rsidRDefault="00000000" w:rsidP="001E5310">
      <w:pPr>
        <w:jc w:val="both"/>
        <w:rPr>
          <w:lang w:val="fr-FR"/>
        </w:rPr>
      </w:pPr>
      <w:r w:rsidRPr="00D31ADC">
        <w:rPr>
          <w:lang w:val="fr-FR"/>
        </w:rPr>
        <w:t>Je soussigné :</w:t>
      </w:r>
    </w:p>
    <w:p w14:paraId="21EC1088" w14:textId="4906FE9A" w:rsidR="00473D2E" w:rsidRPr="00D31ADC" w:rsidRDefault="00000000" w:rsidP="001E5310">
      <w:pPr>
        <w:jc w:val="both"/>
        <w:rPr>
          <w:lang w:val="fr-FR"/>
        </w:rPr>
      </w:pPr>
      <w:r w:rsidRPr="00D31ADC">
        <w:rPr>
          <w:lang w:val="fr-FR"/>
        </w:rPr>
        <w:t xml:space="preserve">Nom &amp; Prénom : </w:t>
      </w:r>
    </w:p>
    <w:p w14:paraId="7842EC12" w14:textId="5849BEEB" w:rsidR="00473D2E" w:rsidRPr="00D31ADC" w:rsidRDefault="00000000" w:rsidP="001E5310">
      <w:pPr>
        <w:jc w:val="both"/>
        <w:rPr>
          <w:lang w:val="fr-FR"/>
        </w:rPr>
      </w:pPr>
      <w:r w:rsidRPr="00D31ADC">
        <w:rPr>
          <w:lang w:val="fr-FR"/>
        </w:rPr>
        <w:t xml:space="preserve">Village/Quartier : </w:t>
      </w:r>
    </w:p>
    <w:p w14:paraId="3A67775C" w14:textId="288EB5EA" w:rsidR="00473D2E" w:rsidRPr="00D31ADC" w:rsidRDefault="00000000" w:rsidP="001E5310">
      <w:pPr>
        <w:jc w:val="both"/>
        <w:rPr>
          <w:lang w:val="fr-FR"/>
        </w:rPr>
      </w:pPr>
      <w:r w:rsidRPr="00D31ADC">
        <w:rPr>
          <w:lang w:val="fr-FR"/>
        </w:rPr>
        <w:t xml:space="preserve">Contact : </w:t>
      </w:r>
    </w:p>
    <w:p w14:paraId="2E5AD1F9" w14:textId="77777777" w:rsidR="00473D2E" w:rsidRPr="00D31ADC" w:rsidRDefault="00473D2E" w:rsidP="001E5310">
      <w:pPr>
        <w:jc w:val="both"/>
        <w:rPr>
          <w:lang w:val="fr-FR"/>
        </w:rPr>
      </w:pPr>
    </w:p>
    <w:p w14:paraId="6D361738" w14:textId="77777777" w:rsidR="00473D2E" w:rsidRPr="00D31ADC" w:rsidRDefault="00000000" w:rsidP="001E5310">
      <w:pPr>
        <w:jc w:val="both"/>
        <w:rPr>
          <w:lang w:val="fr-FR"/>
        </w:rPr>
      </w:pPr>
      <w:r w:rsidRPr="00D31ADC">
        <w:rPr>
          <w:lang w:val="fr-FR"/>
        </w:rPr>
        <w:t>Déclare avoir lu et accepté la présente charte du Réseau Communautaire de Veille Environnementale et Sociale.</w:t>
      </w:r>
    </w:p>
    <w:p w14:paraId="4F25B069" w14:textId="77777777" w:rsidR="00473D2E" w:rsidRPr="00D31ADC" w:rsidRDefault="00473D2E" w:rsidP="001E5310">
      <w:pPr>
        <w:jc w:val="both"/>
        <w:rPr>
          <w:lang w:val="fr-FR"/>
        </w:rPr>
      </w:pPr>
    </w:p>
    <w:p w14:paraId="73ED89BA" w14:textId="75849388" w:rsidR="00473D2E" w:rsidRPr="00D31ADC" w:rsidRDefault="00000000" w:rsidP="001E5310">
      <w:pPr>
        <w:jc w:val="both"/>
        <w:rPr>
          <w:lang w:val="fr-FR"/>
        </w:rPr>
      </w:pPr>
      <w:r w:rsidRPr="00D31ADC">
        <w:rPr>
          <w:lang w:val="fr-FR"/>
        </w:rPr>
        <w:t xml:space="preserve">Date : </w:t>
      </w:r>
    </w:p>
    <w:p w14:paraId="7AC99FC0" w14:textId="77777777" w:rsidR="00473D2E" w:rsidRPr="00D31ADC" w:rsidRDefault="00473D2E" w:rsidP="001E5310">
      <w:pPr>
        <w:jc w:val="both"/>
        <w:rPr>
          <w:lang w:val="fr-FR"/>
        </w:rPr>
      </w:pPr>
    </w:p>
    <w:p w14:paraId="24027A45" w14:textId="77777777" w:rsidR="00473D2E" w:rsidRPr="00D31ADC" w:rsidRDefault="00000000" w:rsidP="001E5310">
      <w:pPr>
        <w:jc w:val="both"/>
        <w:rPr>
          <w:lang w:val="fr-FR"/>
        </w:rPr>
      </w:pPr>
      <w:r w:rsidRPr="00D31ADC">
        <w:rPr>
          <w:lang w:val="fr-FR"/>
        </w:rPr>
        <w:t>Signature du relais communautaire :</w:t>
      </w:r>
    </w:p>
    <w:p w14:paraId="0E1963BD" w14:textId="2432011E" w:rsidR="00473D2E" w:rsidRPr="00D31ADC" w:rsidRDefault="00473D2E" w:rsidP="001E5310">
      <w:pPr>
        <w:jc w:val="both"/>
        <w:rPr>
          <w:lang w:val="fr-FR"/>
        </w:rPr>
      </w:pPr>
    </w:p>
    <w:p w14:paraId="7F1405C0" w14:textId="77777777" w:rsidR="00473D2E" w:rsidRPr="00D31ADC" w:rsidRDefault="00473D2E" w:rsidP="001E5310">
      <w:pPr>
        <w:jc w:val="both"/>
        <w:rPr>
          <w:lang w:val="fr-FR"/>
        </w:rPr>
      </w:pPr>
    </w:p>
    <w:p w14:paraId="3E2D8A84" w14:textId="749E5D26" w:rsidR="00473D2E" w:rsidRPr="00D31ADC" w:rsidRDefault="00000000" w:rsidP="001E5310">
      <w:pPr>
        <w:jc w:val="both"/>
        <w:rPr>
          <w:lang w:val="fr-FR"/>
        </w:rPr>
      </w:pPr>
      <w:r w:rsidRPr="00D31ADC">
        <w:rPr>
          <w:lang w:val="fr-FR"/>
        </w:rPr>
        <w:t>Signature du Coord</w:t>
      </w:r>
      <w:r w:rsidR="007B0E4A">
        <w:rPr>
          <w:lang w:val="fr-FR"/>
        </w:rPr>
        <w:t>on</w:t>
      </w:r>
      <w:r w:rsidRPr="00D31ADC">
        <w:rPr>
          <w:lang w:val="fr-FR"/>
        </w:rPr>
        <w:t>nateur :</w:t>
      </w:r>
    </w:p>
    <w:p w14:paraId="7427B5DA" w14:textId="77777777" w:rsidR="00473D2E" w:rsidRPr="00D31ADC" w:rsidRDefault="00000000" w:rsidP="001E5310">
      <w:pPr>
        <w:jc w:val="both"/>
        <w:rPr>
          <w:lang w:val="fr-FR"/>
        </w:rPr>
      </w:pPr>
      <w:proofErr w:type="spellStart"/>
      <w:r w:rsidRPr="00D31ADC">
        <w:rPr>
          <w:lang w:val="fr-FR"/>
        </w:rPr>
        <w:t>Béguelé</w:t>
      </w:r>
      <w:proofErr w:type="spellEnd"/>
      <w:r w:rsidRPr="00D31ADC">
        <w:rPr>
          <w:lang w:val="fr-FR"/>
        </w:rPr>
        <w:t xml:space="preserve"> </w:t>
      </w:r>
      <w:proofErr w:type="spellStart"/>
      <w:r w:rsidRPr="00D31ADC">
        <w:rPr>
          <w:lang w:val="fr-FR"/>
        </w:rPr>
        <w:t>Cissouma</w:t>
      </w:r>
      <w:proofErr w:type="spellEnd"/>
    </w:p>
    <w:p w14:paraId="32786C79" w14:textId="4C4C9ED5" w:rsidR="00473D2E" w:rsidRPr="00D31ADC" w:rsidRDefault="00473D2E" w:rsidP="001E5310">
      <w:pPr>
        <w:jc w:val="both"/>
        <w:rPr>
          <w:lang w:val="fr-FR"/>
        </w:rPr>
      </w:pPr>
    </w:p>
    <w:p w14:paraId="50E63699" w14:textId="77777777" w:rsidR="00473D2E" w:rsidRPr="00D31ADC" w:rsidRDefault="00473D2E" w:rsidP="001E5310">
      <w:pPr>
        <w:jc w:val="both"/>
        <w:rPr>
          <w:lang w:val="fr-FR"/>
        </w:rPr>
      </w:pPr>
    </w:p>
    <w:sectPr w:rsidR="00473D2E" w:rsidRPr="00D31AD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2084598717">
    <w:abstractNumId w:val="8"/>
  </w:num>
  <w:num w:numId="2" w16cid:durableId="99376736">
    <w:abstractNumId w:val="6"/>
  </w:num>
  <w:num w:numId="3" w16cid:durableId="1653214900">
    <w:abstractNumId w:val="5"/>
  </w:num>
  <w:num w:numId="4" w16cid:durableId="931007215">
    <w:abstractNumId w:val="4"/>
  </w:num>
  <w:num w:numId="5" w16cid:durableId="2054384435">
    <w:abstractNumId w:val="7"/>
  </w:num>
  <w:num w:numId="6" w16cid:durableId="1050497935">
    <w:abstractNumId w:val="3"/>
  </w:num>
  <w:num w:numId="7" w16cid:durableId="418797039">
    <w:abstractNumId w:val="2"/>
  </w:num>
  <w:num w:numId="8" w16cid:durableId="1216355561">
    <w:abstractNumId w:val="1"/>
  </w:num>
  <w:num w:numId="9" w16cid:durableId="6283671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E5310"/>
    <w:rsid w:val="00260D3E"/>
    <w:rsid w:val="0029639D"/>
    <w:rsid w:val="00326F90"/>
    <w:rsid w:val="003839F7"/>
    <w:rsid w:val="00473D2E"/>
    <w:rsid w:val="007B0E4A"/>
    <w:rsid w:val="008E41FB"/>
    <w:rsid w:val="00900183"/>
    <w:rsid w:val="009A44B4"/>
    <w:rsid w:val="00AA1D8D"/>
    <w:rsid w:val="00B47730"/>
    <w:rsid w:val="00CB0664"/>
    <w:rsid w:val="00D31AD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22D7A57"/>
  <w14:defaultImageDpi w14:val="300"/>
  <w15:docId w15:val="{3ADC1DE6-44DA-47E2-8CF9-35E7249E8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404</Words>
  <Characters>2222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pc</cp:lastModifiedBy>
  <cp:revision>7</cp:revision>
  <dcterms:created xsi:type="dcterms:W3CDTF">2013-12-23T23:15:00Z</dcterms:created>
  <dcterms:modified xsi:type="dcterms:W3CDTF">2025-12-04T12:17:00Z</dcterms:modified>
  <cp:category/>
</cp:coreProperties>
</file>